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6F08130C" w14:textId="19B9B90B" w:rsidR="00D80CDB" w:rsidRPr="007C0FB3" w:rsidRDefault="38624EAB" w:rsidP="46660185">
      <w:pPr>
        <w:jc w:val="center"/>
        <w:rPr>
          <w:lang w:val="nl-NL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6356A949" wp14:editId="3A057E88">
            <wp:simplePos x="0" y="0"/>
            <wp:positionH relativeFrom="column">
              <wp:align>left</wp:align>
            </wp:positionH>
            <wp:positionV relativeFrom="paragraph">
              <wp:posOffset>0</wp:posOffset>
            </wp:positionV>
            <wp:extent cx="1419048" cy="1428571"/>
            <wp:effectExtent l="0" t="0" r="0" b="0"/>
            <wp:wrapSquare wrapText="bothSides"/>
            <wp:docPr id="1519760229" name="draw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1931465" name="Picture 491931465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19048" cy="142857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7C0FB3">
        <w:rPr>
          <w:b/>
          <w:bCs/>
          <w:color w:val="0070C0"/>
          <w:sz w:val="32"/>
          <w:szCs w:val="32"/>
          <w:lang w:val="nl-NL"/>
        </w:rPr>
        <w:t xml:space="preserve"> </w:t>
      </w:r>
    </w:p>
    <w:p w14:paraId="6EADE77C" w14:textId="769792E6" w:rsidR="00D80CDB" w:rsidRPr="007E214F" w:rsidRDefault="2E931588" w:rsidP="46660185">
      <w:pPr>
        <w:jc w:val="center"/>
        <w:rPr>
          <w:lang w:val="nl-NL"/>
        </w:rPr>
      </w:pPr>
      <w:r w:rsidRPr="007E214F">
        <w:rPr>
          <w:b/>
          <w:bCs/>
          <w:color w:val="0070C0"/>
          <w:sz w:val="32"/>
          <w:szCs w:val="32"/>
          <w:lang w:val="nl-NL"/>
        </w:rPr>
        <w:t xml:space="preserve">VERWIJSFORMULIER </w:t>
      </w:r>
      <w:r w:rsidR="38624EAB" w:rsidRPr="007E214F">
        <w:rPr>
          <w:b/>
          <w:bCs/>
          <w:color w:val="0070C0"/>
          <w:sz w:val="32"/>
          <w:szCs w:val="32"/>
          <w:lang w:val="nl-NL"/>
        </w:rPr>
        <w:t>HULP BIJ DEMENTIE NOORD-LIMBURG</w:t>
      </w:r>
    </w:p>
    <w:p w14:paraId="586F4C28" w14:textId="25ED1E42" w:rsidR="46660185" w:rsidRPr="007E214F" w:rsidRDefault="46660185" w:rsidP="46660185">
      <w:pPr>
        <w:jc w:val="center"/>
        <w:rPr>
          <w:b/>
          <w:bCs/>
          <w:color w:val="0070C0"/>
          <w:sz w:val="32"/>
          <w:szCs w:val="32"/>
          <w:lang w:val="nl-NL"/>
        </w:rPr>
      </w:pPr>
    </w:p>
    <w:p w14:paraId="6A67E3F6" w14:textId="77777777" w:rsidR="00D80CDB" w:rsidRDefault="66102DBB">
      <w:pPr>
        <w:pStyle w:val="Kop2"/>
      </w:pPr>
      <w:r w:rsidRPr="66102DBB">
        <w:rPr>
          <w:rFonts w:asciiTheme="minorHAnsi" w:eastAsiaTheme="minorEastAsia" w:hAnsiTheme="minorHAnsi" w:cstheme="minorBidi"/>
        </w:rPr>
        <w:t xml:space="preserve">1. </w:t>
      </w:r>
      <w:proofErr w:type="spellStart"/>
      <w:r w:rsidRPr="66102DBB">
        <w:rPr>
          <w:rFonts w:asciiTheme="minorHAnsi" w:eastAsiaTheme="minorEastAsia" w:hAnsiTheme="minorHAnsi" w:cstheme="minorBidi"/>
        </w:rPr>
        <w:t>Cliëntgegevens</w:t>
      </w:r>
      <w:proofErr w:type="spellEnd"/>
    </w:p>
    <w:p w14:paraId="0AAD6AF4" w14:textId="14629680" w:rsidR="66102DBB" w:rsidRDefault="66102DBB" w:rsidP="66102DBB">
      <w:pPr>
        <w:spacing w:after="0"/>
        <w:rPr>
          <w:sz w:val="20"/>
          <w:szCs w:val="20"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5266"/>
        <w:gridCol w:w="5264"/>
      </w:tblGrid>
      <w:tr w:rsidR="00D80CDB" w14:paraId="54C96762" w14:textId="77777777" w:rsidTr="66102DBB">
        <w:tc>
          <w:tcPr>
            <w:tcW w:w="5270" w:type="dxa"/>
          </w:tcPr>
          <w:p w14:paraId="6D76BC06" w14:textId="3703CCEE" w:rsidR="00D80CDB" w:rsidRDefault="46660185">
            <w:proofErr w:type="spellStart"/>
            <w:r>
              <w:t>Gegeven</w:t>
            </w:r>
            <w:r w:rsidR="1E890967">
              <w:t>s</w:t>
            </w:r>
            <w:proofErr w:type="spellEnd"/>
          </w:p>
        </w:tc>
        <w:tc>
          <w:tcPr>
            <w:tcW w:w="5270" w:type="dxa"/>
          </w:tcPr>
          <w:p w14:paraId="081D3911" w14:textId="77777777" w:rsidR="00D80CDB" w:rsidRDefault="00000000">
            <w:proofErr w:type="spellStart"/>
            <w:r>
              <w:t>Invullen</w:t>
            </w:r>
            <w:proofErr w:type="spellEnd"/>
          </w:p>
        </w:tc>
      </w:tr>
      <w:tr w:rsidR="00D80CDB" w14:paraId="36C72579" w14:textId="77777777" w:rsidTr="66102DBB">
        <w:tc>
          <w:tcPr>
            <w:tcW w:w="5270" w:type="dxa"/>
          </w:tcPr>
          <w:p w14:paraId="37156A04" w14:textId="77777777" w:rsidR="00D80CDB" w:rsidRDefault="00000000">
            <w:r>
              <w:t xml:space="preserve">Naam </w:t>
            </w:r>
            <w:proofErr w:type="spellStart"/>
            <w:r>
              <w:t>cliënt</w:t>
            </w:r>
            <w:proofErr w:type="spellEnd"/>
            <w:r>
              <w:t>*</w:t>
            </w:r>
          </w:p>
        </w:tc>
        <w:tc>
          <w:tcPr>
            <w:tcW w:w="5270" w:type="dxa"/>
          </w:tcPr>
          <w:p w14:paraId="672A6659" w14:textId="77777777" w:rsidR="00D80CDB" w:rsidRDefault="00D80CDB"/>
        </w:tc>
      </w:tr>
      <w:tr w:rsidR="00D80CDB" w14:paraId="48B43238" w14:textId="77777777" w:rsidTr="66102DBB">
        <w:tc>
          <w:tcPr>
            <w:tcW w:w="5270" w:type="dxa"/>
          </w:tcPr>
          <w:p w14:paraId="31145DF8" w14:textId="77777777" w:rsidR="00D80CDB" w:rsidRDefault="00000000">
            <w:r>
              <w:t xml:space="preserve">Adres </w:t>
            </w:r>
            <w:proofErr w:type="spellStart"/>
            <w:r>
              <w:t>cliënt</w:t>
            </w:r>
            <w:proofErr w:type="spellEnd"/>
            <w:r>
              <w:t>*</w:t>
            </w:r>
          </w:p>
        </w:tc>
        <w:tc>
          <w:tcPr>
            <w:tcW w:w="5270" w:type="dxa"/>
          </w:tcPr>
          <w:p w14:paraId="0A37501D" w14:textId="77777777" w:rsidR="00D80CDB" w:rsidRDefault="00D80CDB"/>
        </w:tc>
      </w:tr>
      <w:tr w:rsidR="00D80CDB" w14:paraId="6A84215C" w14:textId="77777777" w:rsidTr="66102DBB">
        <w:tc>
          <w:tcPr>
            <w:tcW w:w="5270" w:type="dxa"/>
          </w:tcPr>
          <w:p w14:paraId="5639794A" w14:textId="77777777" w:rsidR="00D80CDB" w:rsidRDefault="00000000">
            <w:r>
              <w:t xml:space="preserve">Postcode </w:t>
            </w:r>
            <w:proofErr w:type="spellStart"/>
            <w:r>
              <w:t>en</w:t>
            </w:r>
            <w:proofErr w:type="spellEnd"/>
            <w:r>
              <w:t xml:space="preserve"> </w:t>
            </w:r>
            <w:proofErr w:type="spellStart"/>
            <w:r>
              <w:t>woonplaats</w:t>
            </w:r>
            <w:proofErr w:type="spellEnd"/>
            <w:r>
              <w:t>*</w:t>
            </w:r>
          </w:p>
        </w:tc>
        <w:tc>
          <w:tcPr>
            <w:tcW w:w="5270" w:type="dxa"/>
          </w:tcPr>
          <w:p w14:paraId="5DAB6C7B" w14:textId="77777777" w:rsidR="00D80CDB" w:rsidRDefault="00D80CDB"/>
        </w:tc>
      </w:tr>
      <w:tr w:rsidR="00D80CDB" w14:paraId="0E9BC49D" w14:textId="77777777" w:rsidTr="66102DBB">
        <w:tc>
          <w:tcPr>
            <w:tcW w:w="5270" w:type="dxa"/>
          </w:tcPr>
          <w:p w14:paraId="4D7655F4" w14:textId="77777777" w:rsidR="00D80CDB" w:rsidRDefault="00000000">
            <w:proofErr w:type="spellStart"/>
            <w:r>
              <w:t>Geboortedatum</w:t>
            </w:r>
            <w:proofErr w:type="spellEnd"/>
            <w:r>
              <w:t>*</w:t>
            </w:r>
          </w:p>
        </w:tc>
        <w:tc>
          <w:tcPr>
            <w:tcW w:w="5270" w:type="dxa"/>
          </w:tcPr>
          <w:p w14:paraId="02EB378F" w14:textId="77777777" w:rsidR="00D80CDB" w:rsidRDefault="00D80CDB"/>
        </w:tc>
      </w:tr>
      <w:tr w:rsidR="00D80CDB" w14:paraId="6E67F5DF" w14:textId="77777777" w:rsidTr="66102DBB">
        <w:tc>
          <w:tcPr>
            <w:tcW w:w="5270" w:type="dxa"/>
          </w:tcPr>
          <w:p w14:paraId="6AEAC130" w14:textId="77777777" w:rsidR="00D80CDB" w:rsidRDefault="00000000">
            <w:r>
              <w:t>BSN*</w:t>
            </w:r>
          </w:p>
        </w:tc>
        <w:tc>
          <w:tcPr>
            <w:tcW w:w="5270" w:type="dxa"/>
          </w:tcPr>
          <w:p w14:paraId="6A05A809" w14:textId="77777777" w:rsidR="00D80CDB" w:rsidRDefault="00D80CDB"/>
        </w:tc>
      </w:tr>
      <w:tr w:rsidR="00D80CDB" w14:paraId="030AE926" w14:textId="77777777" w:rsidTr="66102DBB">
        <w:tc>
          <w:tcPr>
            <w:tcW w:w="5270" w:type="dxa"/>
          </w:tcPr>
          <w:p w14:paraId="1AABC230" w14:textId="77777777" w:rsidR="00D80CDB" w:rsidRDefault="00000000">
            <w:r>
              <w:t xml:space="preserve">Naam </w:t>
            </w:r>
            <w:proofErr w:type="spellStart"/>
            <w:r>
              <w:t>contactpersoon</w:t>
            </w:r>
            <w:proofErr w:type="spellEnd"/>
            <w:r>
              <w:t>*</w:t>
            </w:r>
          </w:p>
        </w:tc>
        <w:tc>
          <w:tcPr>
            <w:tcW w:w="5270" w:type="dxa"/>
          </w:tcPr>
          <w:p w14:paraId="5A39BBE3" w14:textId="77777777" w:rsidR="00D80CDB" w:rsidRDefault="00D80CDB"/>
        </w:tc>
      </w:tr>
      <w:tr w:rsidR="00D80CDB" w14:paraId="17CC32F1" w14:textId="77777777" w:rsidTr="66102DBB">
        <w:tc>
          <w:tcPr>
            <w:tcW w:w="5270" w:type="dxa"/>
          </w:tcPr>
          <w:p w14:paraId="621ECB71" w14:textId="77777777" w:rsidR="00D80CDB" w:rsidRDefault="00000000">
            <w:proofErr w:type="spellStart"/>
            <w:r>
              <w:t>Telefoon</w:t>
            </w:r>
            <w:proofErr w:type="spellEnd"/>
            <w:r>
              <w:t xml:space="preserve"> </w:t>
            </w:r>
            <w:proofErr w:type="spellStart"/>
            <w:r>
              <w:t>contactpersoon</w:t>
            </w:r>
            <w:proofErr w:type="spellEnd"/>
            <w:r>
              <w:t>*</w:t>
            </w:r>
          </w:p>
        </w:tc>
        <w:tc>
          <w:tcPr>
            <w:tcW w:w="5270" w:type="dxa"/>
          </w:tcPr>
          <w:p w14:paraId="41C8F396" w14:textId="77777777" w:rsidR="00D80CDB" w:rsidRDefault="00D80CDB"/>
        </w:tc>
      </w:tr>
      <w:tr w:rsidR="00D80CDB" w14:paraId="775C3BE3" w14:textId="77777777" w:rsidTr="66102DBB">
        <w:tc>
          <w:tcPr>
            <w:tcW w:w="5270" w:type="dxa"/>
          </w:tcPr>
          <w:p w14:paraId="18F78A5F" w14:textId="77777777" w:rsidR="00D80CDB" w:rsidRDefault="00000000">
            <w:proofErr w:type="spellStart"/>
            <w:r>
              <w:t>Relatie</w:t>
            </w:r>
            <w:proofErr w:type="spellEnd"/>
            <w:r>
              <w:t xml:space="preserve"> tot </w:t>
            </w:r>
            <w:proofErr w:type="spellStart"/>
            <w:r>
              <w:t>cliënt</w:t>
            </w:r>
            <w:proofErr w:type="spellEnd"/>
            <w:r>
              <w:t>*</w:t>
            </w:r>
          </w:p>
        </w:tc>
        <w:tc>
          <w:tcPr>
            <w:tcW w:w="5270" w:type="dxa"/>
          </w:tcPr>
          <w:p w14:paraId="72A3D3EC" w14:textId="77777777" w:rsidR="00D80CDB" w:rsidRDefault="00D80CDB"/>
        </w:tc>
      </w:tr>
      <w:tr w:rsidR="00D80CDB" w14:paraId="60C80C06" w14:textId="77777777" w:rsidTr="66102DBB">
        <w:tc>
          <w:tcPr>
            <w:tcW w:w="5270" w:type="dxa"/>
          </w:tcPr>
          <w:p w14:paraId="2F1593C9" w14:textId="77777777" w:rsidR="00D80CDB" w:rsidRDefault="00000000">
            <w:r>
              <w:t xml:space="preserve">Naam </w:t>
            </w:r>
            <w:proofErr w:type="spellStart"/>
            <w:r>
              <w:t>huisarts</w:t>
            </w:r>
            <w:proofErr w:type="spellEnd"/>
            <w:r>
              <w:t>*</w:t>
            </w:r>
          </w:p>
        </w:tc>
        <w:tc>
          <w:tcPr>
            <w:tcW w:w="5270" w:type="dxa"/>
          </w:tcPr>
          <w:p w14:paraId="0D0B940D" w14:textId="77777777" w:rsidR="00D80CDB" w:rsidRDefault="00D80CDB"/>
        </w:tc>
      </w:tr>
      <w:tr w:rsidR="00D80CDB" w14:paraId="7868BC09" w14:textId="77777777" w:rsidTr="66102DBB">
        <w:tc>
          <w:tcPr>
            <w:tcW w:w="5270" w:type="dxa"/>
          </w:tcPr>
          <w:p w14:paraId="26F9C197" w14:textId="77777777" w:rsidR="00D80CDB" w:rsidRDefault="00000000">
            <w:proofErr w:type="spellStart"/>
            <w:r>
              <w:t>Aanvraagdatum</w:t>
            </w:r>
            <w:proofErr w:type="spellEnd"/>
            <w:r>
              <w:t>*</w:t>
            </w:r>
          </w:p>
        </w:tc>
        <w:tc>
          <w:tcPr>
            <w:tcW w:w="5270" w:type="dxa"/>
          </w:tcPr>
          <w:p w14:paraId="0E27B00A" w14:textId="77777777" w:rsidR="00D80CDB" w:rsidRDefault="00D80CDB"/>
        </w:tc>
      </w:tr>
    </w:tbl>
    <w:p w14:paraId="51A612B3" w14:textId="2746F951" w:rsidR="02680A0E" w:rsidRDefault="02680A0E" w:rsidP="66102DBB">
      <w:r>
        <w:t xml:space="preserve">* </w:t>
      </w:r>
      <w:proofErr w:type="spellStart"/>
      <w:r>
        <w:t>Verplichte</w:t>
      </w:r>
      <w:proofErr w:type="spellEnd"/>
      <w:r>
        <w:t xml:space="preserve"> </w:t>
      </w:r>
      <w:proofErr w:type="spellStart"/>
      <w:r>
        <w:t>velden</w:t>
      </w:r>
      <w:proofErr w:type="spellEnd"/>
    </w:p>
    <w:p w14:paraId="18829615" w14:textId="2CD2016C" w:rsidR="00D80CDB" w:rsidRDefault="46660185" w:rsidP="46660185">
      <w:pPr>
        <w:rPr>
          <w:b/>
          <w:bCs/>
        </w:rPr>
      </w:pPr>
      <w:r w:rsidRPr="46660185">
        <w:rPr>
          <w:b/>
          <w:bCs/>
          <w:color w:val="0070C0"/>
          <w:sz w:val="26"/>
          <w:szCs w:val="26"/>
        </w:rPr>
        <w:t xml:space="preserve">2. Diagnose </w:t>
      </w:r>
      <w:proofErr w:type="spellStart"/>
      <w:r w:rsidRPr="46660185">
        <w:rPr>
          <w:b/>
          <w:bCs/>
          <w:color w:val="0070C0"/>
          <w:sz w:val="26"/>
          <w:szCs w:val="26"/>
        </w:rPr>
        <w:t>dementie</w:t>
      </w:r>
      <w:proofErr w:type="spellEnd"/>
    </w:p>
    <w:p w14:paraId="05C3D9C9" w14:textId="77777777" w:rsidR="00D80CDB" w:rsidRDefault="00000000">
      <w:r>
        <w:t>☐</w:t>
      </w:r>
      <w:r>
        <w:t xml:space="preserve"> Ja, diagnose </w:t>
      </w:r>
      <w:proofErr w:type="spellStart"/>
      <w:r>
        <w:t>aanwezig</w:t>
      </w:r>
      <w:proofErr w:type="spellEnd"/>
    </w:p>
    <w:p w14:paraId="62B64254" w14:textId="77777777" w:rsidR="00D80CDB" w:rsidRPr="007E214F" w:rsidRDefault="00000000">
      <w:pPr>
        <w:rPr>
          <w:lang w:val="nl-NL"/>
        </w:rPr>
      </w:pPr>
      <w:r w:rsidRPr="007E214F">
        <w:rPr>
          <w:lang w:val="nl-NL"/>
        </w:rPr>
        <w:t>☐</w:t>
      </w:r>
      <w:r w:rsidRPr="007E214F">
        <w:rPr>
          <w:lang w:val="nl-NL"/>
        </w:rPr>
        <w:t xml:space="preserve"> Nee, diagnostiektraject opstarten via Hulp bij Dementie</w:t>
      </w:r>
    </w:p>
    <w:p w14:paraId="4D59475B" w14:textId="4D50545A" w:rsidR="46660185" w:rsidRPr="007E214F" w:rsidRDefault="46660185">
      <w:pPr>
        <w:rPr>
          <w:lang w:val="nl-NL"/>
        </w:rPr>
      </w:pPr>
      <w:r w:rsidRPr="007E214F">
        <w:rPr>
          <w:lang w:val="nl-NL"/>
        </w:rPr>
        <w:t>☐ Anders, namelijk: __________________________</w:t>
      </w:r>
    </w:p>
    <w:p w14:paraId="2107C307" w14:textId="77777777" w:rsidR="00D80CDB" w:rsidRPr="007E214F" w:rsidRDefault="00000000">
      <w:pPr>
        <w:rPr>
          <w:lang w:val="nl-NL"/>
        </w:rPr>
      </w:pPr>
      <w:r w:rsidRPr="007E214F">
        <w:rPr>
          <w:lang w:val="nl-NL"/>
        </w:rPr>
        <w:t>Diagnose gesteld door: _______________________</w:t>
      </w:r>
    </w:p>
    <w:p w14:paraId="1FC63E68" w14:textId="24152C5D" w:rsidR="00D80CDB" w:rsidRPr="007E214F" w:rsidRDefault="46660185">
      <w:pPr>
        <w:rPr>
          <w:lang w:val="nl-NL"/>
        </w:rPr>
      </w:pPr>
      <w:r w:rsidRPr="007E214F">
        <w:rPr>
          <w:lang w:val="nl-NL"/>
        </w:rPr>
        <w:t>Datum diagnose: _______________________</w:t>
      </w:r>
    </w:p>
    <w:p w14:paraId="7A4CD59B" w14:textId="7CA277EE" w:rsidR="00D80CDB" w:rsidRPr="007E214F" w:rsidRDefault="46660185">
      <w:pPr>
        <w:rPr>
          <w:lang w:val="nl-NL"/>
        </w:rPr>
      </w:pPr>
      <w:r w:rsidRPr="007E214F">
        <w:rPr>
          <w:lang w:val="nl-NL"/>
        </w:rPr>
        <w:t>Vorm van dementie: _______________________</w:t>
      </w:r>
    </w:p>
    <w:p w14:paraId="759510A9" w14:textId="7709E491" w:rsidR="18D2567E" w:rsidRPr="007E214F" w:rsidRDefault="18D2567E" w:rsidP="66102DBB">
      <w:pPr>
        <w:rPr>
          <w:rFonts w:ascii="Cambria" w:eastAsia="Cambria" w:hAnsi="Cambria" w:cs="Cambria"/>
          <w:color w:val="FF0000"/>
          <w:lang w:val="nl-NL"/>
        </w:rPr>
      </w:pPr>
      <w:r w:rsidRPr="007E214F">
        <w:rPr>
          <w:rFonts w:ascii="Cambria" w:eastAsia="Cambria" w:hAnsi="Cambria" w:cs="Cambria"/>
          <w:color w:val="FF0000"/>
          <w:lang w:val="nl-NL"/>
        </w:rPr>
        <w:t>Betreffende informatie is noodzakelijk om het begeleidingstraject op te kunnen starten.</w:t>
      </w:r>
    </w:p>
    <w:p w14:paraId="48025C09" w14:textId="62863B5A" w:rsidR="00D80CDB" w:rsidRPr="007E214F" w:rsidRDefault="46660185" w:rsidP="46660185">
      <w:pPr>
        <w:rPr>
          <w:color w:val="0070C0"/>
          <w:sz w:val="26"/>
          <w:szCs w:val="26"/>
          <w:lang w:val="nl-NL"/>
        </w:rPr>
      </w:pPr>
      <w:r w:rsidRPr="007E214F">
        <w:rPr>
          <w:b/>
          <w:bCs/>
          <w:color w:val="0070C0"/>
          <w:sz w:val="26"/>
          <w:szCs w:val="26"/>
          <w:lang w:val="nl-NL"/>
        </w:rPr>
        <w:t>3. Benodigde documenten</w:t>
      </w:r>
    </w:p>
    <w:p w14:paraId="2821F27C" w14:textId="77777777" w:rsidR="00D80CDB" w:rsidRPr="007E214F" w:rsidRDefault="46660185" w:rsidP="46660185">
      <w:pPr>
        <w:rPr>
          <w:b/>
          <w:bCs/>
          <w:color w:val="0070C0"/>
          <w:lang w:val="nl-NL"/>
        </w:rPr>
      </w:pPr>
      <w:r w:rsidRPr="007E214F">
        <w:rPr>
          <w:b/>
          <w:bCs/>
          <w:color w:val="0070C0"/>
          <w:lang w:val="nl-NL"/>
        </w:rPr>
        <w:t>Bij bestaande diagnose:</w:t>
      </w:r>
    </w:p>
    <w:p w14:paraId="71FDD135" w14:textId="77777777" w:rsidR="00D80CDB" w:rsidRPr="007E214F" w:rsidRDefault="00000000">
      <w:pPr>
        <w:rPr>
          <w:lang w:val="nl-NL"/>
        </w:rPr>
      </w:pPr>
      <w:r w:rsidRPr="007E214F">
        <w:rPr>
          <w:lang w:val="nl-NL"/>
        </w:rPr>
        <w:t>☐</w:t>
      </w:r>
      <w:r w:rsidRPr="007E214F">
        <w:rPr>
          <w:lang w:val="nl-NL"/>
        </w:rPr>
        <w:t xml:space="preserve"> Diagnosebrief met handtekening</w:t>
      </w:r>
    </w:p>
    <w:p w14:paraId="4C60E7E4" w14:textId="77777777" w:rsidR="00D80CDB" w:rsidRPr="007E214F" w:rsidRDefault="00000000">
      <w:pPr>
        <w:rPr>
          <w:lang w:val="nl-NL"/>
        </w:rPr>
      </w:pPr>
      <w:r w:rsidRPr="007E214F">
        <w:rPr>
          <w:lang w:val="nl-NL"/>
        </w:rPr>
        <w:t>☐</w:t>
      </w:r>
      <w:r w:rsidRPr="007E214F">
        <w:rPr>
          <w:lang w:val="nl-NL"/>
        </w:rPr>
        <w:t xml:space="preserve"> Medische voorgeschiedenis</w:t>
      </w:r>
    </w:p>
    <w:p w14:paraId="0FE54DA9" w14:textId="77777777" w:rsidR="00D80CDB" w:rsidRPr="007E214F" w:rsidRDefault="00000000">
      <w:pPr>
        <w:rPr>
          <w:lang w:val="nl-NL"/>
        </w:rPr>
      </w:pPr>
      <w:r w:rsidRPr="007E214F">
        <w:rPr>
          <w:lang w:val="nl-NL"/>
        </w:rPr>
        <w:t>☐</w:t>
      </w:r>
      <w:r w:rsidRPr="007E214F">
        <w:rPr>
          <w:lang w:val="nl-NL"/>
        </w:rPr>
        <w:t xml:space="preserve"> Medicatielijst</w:t>
      </w:r>
    </w:p>
    <w:p w14:paraId="72137C6C" w14:textId="77777777" w:rsidR="00D80CDB" w:rsidRPr="007E214F" w:rsidRDefault="46660185" w:rsidP="46660185">
      <w:pPr>
        <w:rPr>
          <w:b/>
          <w:bCs/>
          <w:color w:val="0070C0"/>
          <w:lang w:val="nl-NL"/>
        </w:rPr>
      </w:pPr>
      <w:r w:rsidRPr="007E214F">
        <w:rPr>
          <w:b/>
          <w:bCs/>
          <w:color w:val="0070C0"/>
          <w:lang w:val="nl-NL"/>
        </w:rPr>
        <w:lastRenderedPageBreak/>
        <w:t>Bij diagnostiektraject:</w:t>
      </w:r>
    </w:p>
    <w:p w14:paraId="304D7B0C" w14:textId="77777777" w:rsidR="00D80CDB" w:rsidRPr="007E214F" w:rsidRDefault="00000000">
      <w:pPr>
        <w:rPr>
          <w:lang w:val="nl-NL"/>
        </w:rPr>
      </w:pPr>
      <w:r w:rsidRPr="007E214F">
        <w:rPr>
          <w:lang w:val="nl-NL"/>
        </w:rPr>
        <w:t>☐</w:t>
      </w:r>
      <w:r w:rsidRPr="007E214F">
        <w:rPr>
          <w:lang w:val="nl-NL"/>
        </w:rPr>
        <w:t xml:space="preserve"> Medische voorgeschiedenis</w:t>
      </w:r>
    </w:p>
    <w:p w14:paraId="64584265" w14:textId="77777777" w:rsidR="00D80CDB" w:rsidRPr="007E214F" w:rsidRDefault="00000000">
      <w:pPr>
        <w:rPr>
          <w:lang w:val="nl-NL"/>
        </w:rPr>
      </w:pPr>
      <w:r w:rsidRPr="007E214F">
        <w:rPr>
          <w:lang w:val="nl-NL"/>
        </w:rPr>
        <w:t>☐</w:t>
      </w:r>
      <w:r w:rsidRPr="007E214F">
        <w:rPr>
          <w:lang w:val="nl-NL"/>
        </w:rPr>
        <w:t xml:space="preserve"> Medicatieoverzicht</w:t>
      </w:r>
    </w:p>
    <w:p w14:paraId="5271FC0C" w14:textId="77777777" w:rsidR="00D80CDB" w:rsidRPr="007E214F" w:rsidRDefault="00000000">
      <w:pPr>
        <w:rPr>
          <w:lang w:val="nl-NL"/>
        </w:rPr>
      </w:pPr>
      <w:r w:rsidRPr="007E214F">
        <w:rPr>
          <w:lang w:val="nl-NL"/>
        </w:rPr>
        <w:t>☐</w:t>
      </w:r>
      <w:r w:rsidRPr="007E214F">
        <w:rPr>
          <w:lang w:val="nl-NL"/>
        </w:rPr>
        <w:t xml:space="preserve"> Relevante specialistenbrieven</w:t>
      </w:r>
    </w:p>
    <w:p w14:paraId="425235AF" w14:textId="1C6D60AD" w:rsidR="00D80CDB" w:rsidRPr="007E214F" w:rsidRDefault="66102DBB">
      <w:pPr>
        <w:rPr>
          <w:lang w:val="nl-NL"/>
        </w:rPr>
      </w:pPr>
      <w:r w:rsidRPr="007E214F">
        <w:rPr>
          <w:lang w:val="nl-NL"/>
        </w:rPr>
        <w:t>☐ MMSE</w:t>
      </w:r>
      <w:r w:rsidR="2681A8A9" w:rsidRPr="007E214F">
        <w:rPr>
          <w:lang w:val="nl-NL"/>
        </w:rPr>
        <w:t>/MOCA</w:t>
      </w:r>
      <w:r w:rsidRPr="007E214F">
        <w:rPr>
          <w:lang w:val="nl-NL"/>
        </w:rPr>
        <w:t xml:space="preserve"> (indien aanwezig)</w:t>
      </w:r>
    </w:p>
    <w:p w14:paraId="4D8704D6" w14:textId="77777777" w:rsidR="00D80CDB" w:rsidRPr="007E214F" w:rsidRDefault="66102DBB">
      <w:pPr>
        <w:rPr>
          <w:lang w:val="nl-NL"/>
        </w:rPr>
      </w:pPr>
      <w:r w:rsidRPr="007E214F">
        <w:rPr>
          <w:lang w:val="nl-NL"/>
        </w:rPr>
        <w:t>☐ PG-screeningslab en lichamelijk onderzoek</w:t>
      </w:r>
    </w:p>
    <w:p w14:paraId="2D06FD7E" w14:textId="293D87E7" w:rsidR="22A2CAF8" w:rsidRPr="007E214F" w:rsidRDefault="22A2CAF8" w:rsidP="66102DBB">
      <w:pPr>
        <w:rPr>
          <w:rFonts w:ascii="Cambria" w:eastAsia="Cambria" w:hAnsi="Cambria" w:cs="Cambria"/>
          <w:color w:val="FF0000"/>
          <w:lang w:val="nl-NL"/>
        </w:rPr>
      </w:pPr>
      <w:proofErr w:type="gramStart"/>
      <w:r w:rsidRPr="007E214F">
        <w:rPr>
          <w:rFonts w:ascii="Cambria" w:eastAsia="Cambria" w:hAnsi="Cambria" w:cs="Cambria"/>
          <w:color w:val="FF0000"/>
          <w:lang w:val="nl-NL"/>
        </w:rPr>
        <w:t>Betreffende</w:t>
      </w:r>
      <w:proofErr w:type="gramEnd"/>
      <w:r w:rsidRPr="007E214F">
        <w:rPr>
          <w:rFonts w:ascii="Cambria" w:eastAsia="Cambria" w:hAnsi="Cambria" w:cs="Cambria"/>
          <w:color w:val="FF0000"/>
          <w:lang w:val="nl-NL"/>
        </w:rPr>
        <w:t xml:space="preserve"> documenten zijn noodzakelijk om het diagnostiektraject op te kunnen starten.</w:t>
      </w:r>
    </w:p>
    <w:p w14:paraId="4CE32ECE" w14:textId="77777777" w:rsidR="00D80CDB" w:rsidRPr="007E214F" w:rsidRDefault="00000000">
      <w:pPr>
        <w:pStyle w:val="Kop2"/>
        <w:rPr>
          <w:lang w:val="nl-NL"/>
        </w:rPr>
      </w:pPr>
      <w:r w:rsidRPr="007E214F">
        <w:rPr>
          <w:lang w:val="nl-NL"/>
        </w:rPr>
        <w:t>4. Toestemming</w:t>
      </w:r>
    </w:p>
    <w:p w14:paraId="20F7E2DF" w14:textId="77777777" w:rsidR="00D80CDB" w:rsidRPr="007E214F" w:rsidRDefault="00000000">
      <w:pPr>
        <w:rPr>
          <w:lang w:val="nl-NL"/>
        </w:rPr>
      </w:pPr>
      <w:r w:rsidRPr="007E214F">
        <w:rPr>
          <w:lang w:val="nl-NL"/>
        </w:rPr>
        <w:t>☐</w:t>
      </w:r>
      <w:r w:rsidRPr="007E214F">
        <w:rPr>
          <w:lang w:val="nl-NL"/>
        </w:rPr>
        <w:t xml:space="preserve"> Cliënt/mantelzorger geeft toestemming voor verwijzing en informatie-uitwisseling.</w:t>
      </w:r>
    </w:p>
    <w:p w14:paraId="196151A3" w14:textId="77777777" w:rsidR="00D80CDB" w:rsidRDefault="00000000">
      <w:pPr>
        <w:pStyle w:val="Kop2"/>
      </w:pPr>
      <w:r>
        <w:t xml:space="preserve">5. </w:t>
      </w:r>
      <w:proofErr w:type="spellStart"/>
      <w:r>
        <w:t>Hulpvraag</w:t>
      </w:r>
      <w:proofErr w:type="spellEnd"/>
    </w:p>
    <w:p w14:paraId="7BA63B8E" w14:textId="334C85B5" w:rsidR="00D80CDB" w:rsidRDefault="66102DBB">
      <w:r>
        <w:t>_________________________________________________________</w:t>
      </w:r>
      <w:r w:rsidR="69B41AB5">
        <w:t>_____________________________________________________</w:t>
      </w:r>
    </w:p>
    <w:p w14:paraId="55619C47" w14:textId="751B21F2" w:rsidR="00D80CDB" w:rsidRDefault="66102DBB">
      <w:r>
        <w:t>_________________________________________________________</w:t>
      </w:r>
      <w:r w:rsidR="67FAFA54">
        <w:t>_____________________________________________________</w:t>
      </w:r>
    </w:p>
    <w:p w14:paraId="704C8257" w14:textId="2A7AF03A" w:rsidR="00D80CDB" w:rsidRDefault="66102DBB">
      <w:r>
        <w:t>_________________________________________________________</w:t>
      </w:r>
      <w:r w:rsidR="3DCC787B">
        <w:t>_____________________________________________________</w:t>
      </w:r>
    </w:p>
    <w:p w14:paraId="28560D39" w14:textId="4370C861" w:rsidR="00D80CDB" w:rsidRDefault="66102DBB">
      <w:r>
        <w:t>_________________________________________________________</w:t>
      </w:r>
      <w:r w:rsidR="4E2296CB">
        <w:t>_____________________________________________________</w:t>
      </w:r>
    </w:p>
    <w:p w14:paraId="5FD1DC2D" w14:textId="77777777" w:rsidR="00D80CDB" w:rsidRDefault="00000000">
      <w:pPr>
        <w:pStyle w:val="Kop2"/>
      </w:pPr>
      <w:r>
        <w:t xml:space="preserve">6. </w:t>
      </w:r>
      <w:proofErr w:type="spellStart"/>
      <w:r>
        <w:t>Verwijzing</w:t>
      </w:r>
      <w:proofErr w:type="spellEnd"/>
      <w:r>
        <w:t xml:space="preserve"> </w:t>
      </w:r>
      <w:proofErr w:type="spellStart"/>
      <w:r>
        <w:t>verzenden</w:t>
      </w:r>
      <w:proofErr w:type="spellEnd"/>
      <w:r>
        <w:t xml:space="preserve"> </w:t>
      </w:r>
      <w:proofErr w:type="spellStart"/>
      <w:r>
        <w:t>naar</w:t>
      </w:r>
      <w:proofErr w:type="spellEnd"/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5263"/>
        <w:gridCol w:w="5267"/>
      </w:tblGrid>
      <w:tr w:rsidR="00D80CDB" w14:paraId="7864605D" w14:textId="77777777" w:rsidTr="66102DBB">
        <w:tc>
          <w:tcPr>
            <w:tcW w:w="5270" w:type="dxa"/>
          </w:tcPr>
          <w:p w14:paraId="3858BAA7" w14:textId="77777777" w:rsidR="00D80CDB" w:rsidRDefault="00000000">
            <w:r>
              <w:t>Regio</w:t>
            </w:r>
          </w:p>
        </w:tc>
        <w:tc>
          <w:tcPr>
            <w:tcW w:w="5270" w:type="dxa"/>
          </w:tcPr>
          <w:p w14:paraId="7D10722A" w14:textId="77777777" w:rsidR="00D80CDB" w:rsidRDefault="00000000">
            <w:r>
              <w:t>E-</w:t>
            </w:r>
            <w:proofErr w:type="spellStart"/>
            <w:r>
              <w:t>mailadres</w:t>
            </w:r>
            <w:proofErr w:type="spellEnd"/>
          </w:p>
        </w:tc>
      </w:tr>
      <w:tr w:rsidR="00D80CDB" w14:paraId="0FF159DF" w14:textId="77777777" w:rsidTr="66102DBB">
        <w:tc>
          <w:tcPr>
            <w:tcW w:w="5270" w:type="dxa"/>
          </w:tcPr>
          <w:p w14:paraId="5D9B3413" w14:textId="7D6AE64B" w:rsidR="00D80CDB" w:rsidRPr="007C0FB3" w:rsidRDefault="007C0FB3">
            <w:pPr>
              <w:rPr>
                <w:lang w:val="nl-NL"/>
              </w:rPr>
            </w:pPr>
            <w:r w:rsidRPr="007C0FB3">
              <w:rPr>
                <w:lang w:val="nl-NL"/>
              </w:rPr>
              <w:t xml:space="preserve">Gemeente </w:t>
            </w:r>
            <w:r w:rsidR="00000000" w:rsidRPr="007C0FB3">
              <w:rPr>
                <w:lang w:val="nl-NL"/>
              </w:rPr>
              <w:t>Venray</w:t>
            </w:r>
            <w:r w:rsidRPr="007C0FB3">
              <w:rPr>
                <w:lang w:val="nl-NL"/>
              </w:rPr>
              <w:t>, Horst en Bergen</w:t>
            </w:r>
          </w:p>
        </w:tc>
        <w:tc>
          <w:tcPr>
            <w:tcW w:w="5270" w:type="dxa"/>
          </w:tcPr>
          <w:p w14:paraId="3FFC1F4C" w14:textId="28DBB42F" w:rsidR="00D80CDB" w:rsidRDefault="46660185">
            <w:hyperlink r:id="rId7">
              <w:r w:rsidRPr="46660185">
                <w:rPr>
                  <w:rStyle w:val="Hyperlink"/>
                </w:rPr>
                <w:t>regiovenray@hulpbijdementie.nl</w:t>
              </w:r>
            </w:hyperlink>
          </w:p>
        </w:tc>
      </w:tr>
      <w:tr w:rsidR="00D80CDB" w14:paraId="4AB601EF" w14:textId="77777777" w:rsidTr="66102DBB">
        <w:tc>
          <w:tcPr>
            <w:tcW w:w="5270" w:type="dxa"/>
          </w:tcPr>
          <w:p w14:paraId="1B8D865F" w14:textId="2FA6D2C0" w:rsidR="00D80CDB" w:rsidRPr="007E214F" w:rsidRDefault="007C0FB3">
            <w:pPr>
              <w:rPr>
                <w:lang w:val="nl-NL"/>
              </w:rPr>
            </w:pPr>
            <w:r>
              <w:rPr>
                <w:lang w:val="nl-NL"/>
              </w:rPr>
              <w:t xml:space="preserve">Gemeente Beesel en </w:t>
            </w:r>
            <w:r w:rsidR="46660185" w:rsidRPr="007E214F">
              <w:rPr>
                <w:lang w:val="nl-NL"/>
              </w:rPr>
              <w:t>Venlo</w:t>
            </w:r>
            <w:r w:rsidR="362C3B18" w:rsidRPr="007E214F">
              <w:rPr>
                <w:lang w:val="nl-NL"/>
              </w:rPr>
              <w:t xml:space="preserve"> (</w:t>
            </w:r>
            <w:proofErr w:type="spellStart"/>
            <w:r w:rsidR="362C3B18" w:rsidRPr="007E214F">
              <w:rPr>
                <w:lang w:val="nl-NL"/>
              </w:rPr>
              <w:t>muv</w:t>
            </w:r>
            <w:proofErr w:type="spellEnd"/>
            <w:r w:rsidR="362C3B18" w:rsidRPr="007E214F">
              <w:rPr>
                <w:lang w:val="nl-NL"/>
              </w:rPr>
              <w:t xml:space="preserve"> Blerick en Tegelen)</w:t>
            </w:r>
          </w:p>
        </w:tc>
        <w:tc>
          <w:tcPr>
            <w:tcW w:w="5270" w:type="dxa"/>
          </w:tcPr>
          <w:p w14:paraId="798EE10B" w14:textId="65C9BA8D" w:rsidR="00D80CDB" w:rsidRDefault="46660185">
            <w:hyperlink r:id="rId8">
              <w:r w:rsidRPr="46660185">
                <w:rPr>
                  <w:rStyle w:val="Hyperlink"/>
                </w:rPr>
                <w:t>regiovenlo@hulpbijdementie.n</w:t>
              </w:r>
              <w:r w:rsidR="346098B0" w:rsidRPr="46660185">
                <w:rPr>
                  <w:rStyle w:val="Hyperlink"/>
                </w:rPr>
                <w:t>l</w:t>
              </w:r>
            </w:hyperlink>
          </w:p>
        </w:tc>
      </w:tr>
      <w:tr w:rsidR="00D80CDB" w14:paraId="7C411A6B" w14:textId="77777777" w:rsidTr="66102DBB">
        <w:tc>
          <w:tcPr>
            <w:tcW w:w="5270" w:type="dxa"/>
          </w:tcPr>
          <w:p w14:paraId="18592648" w14:textId="0A49812E" w:rsidR="00D80CDB" w:rsidRPr="007E214F" w:rsidRDefault="007C0FB3">
            <w:pPr>
              <w:rPr>
                <w:lang w:val="nl-NL"/>
              </w:rPr>
            </w:pPr>
            <w:r>
              <w:rPr>
                <w:lang w:val="nl-NL"/>
              </w:rPr>
              <w:t xml:space="preserve">Gemeente </w:t>
            </w:r>
            <w:r w:rsidR="46660185" w:rsidRPr="007E214F">
              <w:rPr>
                <w:lang w:val="nl-NL"/>
              </w:rPr>
              <w:t>Peel en Maas</w:t>
            </w:r>
            <w:r w:rsidR="0A7AC3F6" w:rsidRPr="007E214F">
              <w:rPr>
                <w:lang w:val="nl-NL"/>
              </w:rPr>
              <w:t xml:space="preserve"> inclusief Blerick en Tegelen</w:t>
            </w:r>
          </w:p>
        </w:tc>
        <w:tc>
          <w:tcPr>
            <w:tcW w:w="5270" w:type="dxa"/>
          </w:tcPr>
          <w:p w14:paraId="0830EE35" w14:textId="14AD8C46" w:rsidR="00D80CDB" w:rsidRDefault="46660185">
            <w:hyperlink r:id="rId9">
              <w:r w:rsidRPr="66102DBB">
                <w:rPr>
                  <w:rStyle w:val="Hyperlink"/>
                </w:rPr>
                <w:t>regiohelden@hulpbijdementie.nl</w:t>
              </w:r>
            </w:hyperlink>
          </w:p>
        </w:tc>
      </w:tr>
    </w:tbl>
    <w:p w14:paraId="1B366B38" w14:textId="2B7DE1AD" w:rsidR="66102DBB" w:rsidRDefault="66102DBB" w:rsidP="66102DBB">
      <w:pPr>
        <w:rPr>
          <w:rFonts w:ascii="Cambria" w:eastAsia="Cambria" w:hAnsi="Cambria" w:cs="Cambria"/>
          <w:color w:val="FF0000"/>
          <w:sz w:val="20"/>
          <w:szCs w:val="20"/>
        </w:rPr>
      </w:pPr>
    </w:p>
    <w:p w14:paraId="5AEFEA1B" w14:textId="12AD7DF6" w:rsidR="2CECCC7E" w:rsidRDefault="2CECCC7E" w:rsidP="66102DBB">
      <w:pPr>
        <w:rPr>
          <w:rFonts w:ascii="Cambria" w:eastAsia="Cambria" w:hAnsi="Cambria" w:cs="Cambria"/>
          <w:color w:val="FF0000"/>
          <w:sz w:val="20"/>
          <w:szCs w:val="20"/>
        </w:rPr>
      </w:pPr>
      <w:proofErr w:type="gramStart"/>
      <w:r w:rsidRPr="007E214F">
        <w:rPr>
          <w:rFonts w:ascii="Cambria" w:eastAsia="Cambria" w:hAnsi="Cambria" w:cs="Cambria"/>
          <w:color w:val="FF0000"/>
          <w:sz w:val="20"/>
          <w:szCs w:val="20"/>
          <w:lang w:val="nl-NL"/>
        </w:rPr>
        <w:t>Indien</w:t>
      </w:r>
      <w:proofErr w:type="gramEnd"/>
      <w:r w:rsidRPr="007E214F">
        <w:rPr>
          <w:rFonts w:ascii="Cambria" w:eastAsia="Cambria" w:hAnsi="Cambria" w:cs="Cambria"/>
          <w:color w:val="FF0000"/>
          <w:sz w:val="20"/>
          <w:szCs w:val="20"/>
          <w:lang w:val="nl-NL"/>
        </w:rPr>
        <w:t xml:space="preserve"> er sprake is van een spoedaanmelding, dient u contact op te nemen met desbetreffende Specialist Ouderengeneeskunde binnen de regio. </w:t>
      </w:r>
      <w:proofErr w:type="spellStart"/>
      <w:r w:rsidRPr="66102DBB">
        <w:rPr>
          <w:rFonts w:ascii="Cambria" w:eastAsia="Cambria" w:hAnsi="Cambria" w:cs="Cambria"/>
          <w:color w:val="FF0000"/>
          <w:sz w:val="20"/>
          <w:szCs w:val="20"/>
        </w:rPr>
        <w:t>Telefoonnummer</w:t>
      </w:r>
      <w:proofErr w:type="spellEnd"/>
      <w:r w:rsidRPr="66102DBB">
        <w:rPr>
          <w:rFonts w:ascii="Cambria" w:eastAsia="Cambria" w:hAnsi="Cambria" w:cs="Cambria"/>
          <w:color w:val="FF0000"/>
          <w:sz w:val="20"/>
          <w:szCs w:val="20"/>
        </w:rPr>
        <w:t xml:space="preserve"> 088-6106161</w:t>
      </w:r>
    </w:p>
    <w:sectPr w:rsidR="2CECCC7E" w:rsidSect="00034616">
      <w:pgSz w:w="12240" w:h="15840"/>
      <w:pgMar w:top="1440" w:right="850" w:bottom="1440" w:left="8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0000000000000000000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jstnummering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jstnummering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jstopsomteken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jstopsomteken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jstnummering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jstopsomteken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592131324">
    <w:abstractNumId w:val="8"/>
  </w:num>
  <w:num w:numId="2" w16cid:durableId="1451165876">
    <w:abstractNumId w:val="6"/>
  </w:num>
  <w:num w:numId="3" w16cid:durableId="89358047">
    <w:abstractNumId w:val="5"/>
  </w:num>
  <w:num w:numId="4" w16cid:durableId="1954170444">
    <w:abstractNumId w:val="4"/>
  </w:num>
  <w:num w:numId="5" w16cid:durableId="1036929102">
    <w:abstractNumId w:val="7"/>
  </w:num>
  <w:num w:numId="6" w16cid:durableId="861674836">
    <w:abstractNumId w:val="3"/>
  </w:num>
  <w:num w:numId="7" w16cid:durableId="118913194">
    <w:abstractNumId w:val="2"/>
  </w:num>
  <w:num w:numId="8" w16cid:durableId="1028533235">
    <w:abstractNumId w:val="1"/>
  </w:num>
  <w:num w:numId="9" w16cid:durableId="366179430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80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183549"/>
    <w:rsid w:val="0029639D"/>
    <w:rsid w:val="00326F90"/>
    <w:rsid w:val="007C0FB3"/>
    <w:rsid w:val="007E214F"/>
    <w:rsid w:val="0081678F"/>
    <w:rsid w:val="00AA1D8D"/>
    <w:rsid w:val="00AC5D05"/>
    <w:rsid w:val="00B47730"/>
    <w:rsid w:val="00B84710"/>
    <w:rsid w:val="00CB0664"/>
    <w:rsid w:val="00D80CDB"/>
    <w:rsid w:val="00FC693F"/>
    <w:rsid w:val="010ADF05"/>
    <w:rsid w:val="012F932E"/>
    <w:rsid w:val="02680A0E"/>
    <w:rsid w:val="03484DC2"/>
    <w:rsid w:val="0A7AC3F6"/>
    <w:rsid w:val="0D4F93AD"/>
    <w:rsid w:val="104BE39F"/>
    <w:rsid w:val="120D9299"/>
    <w:rsid w:val="189D814B"/>
    <w:rsid w:val="18D2567E"/>
    <w:rsid w:val="1E890967"/>
    <w:rsid w:val="22A2CAF8"/>
    <w:rsid w:val="2681A8A9"/>
    <w:rsid w:val="2CECCC7E"/>
    <w:rsid w:val="2E931588"/>
    <w:rsid w:val="3199B061"/>
    <w:rsid w:val="346098B0"/>
    <w:rsid w:val="362C3B18"/>
    <w:rsid w:val="38624EAB"/>
    <w:rsid w:val="3CBDFD1C"/>
    <w:rsid w:val="3DCC787B"/>
    <w:rsid w:val="3EADDAEA"/>
    <w:rsid w:val="41142CF8"/>
    <w:rsid w:val="41E6D8B9"/>
    <w:rsid w:val="42A955BF"/>
    <w:rsid w:val="44E73266"/>
    <w:rsid w:val="46660185"/>
    <w:rsid w:val="48B27FDC"/>
    <w:rsid w:val="4C6A3668"/>
    <w:rsid w:val="4E2296CB"/>
    <w:rsid w:val="511173EA"/>
    <w:rsid w:val="5CD451BD"/>
    <w:rsid w:val="61A8B8EA"/>
    <w:rsid w:val="66102DBB"/>
    <w:rsid w:val="67097B34"/>
    <w:rsid w:val="67FAFA54"/>
    <w:rsid w:val="69B41AB5"/>
    <w:rsid w:val="7EAC796A"/>
    <w:rsid w:val="7EB202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4062061"/>
  <w14:defaultImageDpi w14:val="300"/>
  <w15:docId w15:val="{3F1BFA45-74E2-4846-80D4-203AAEB2D4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FC693F"/>
  </w:style>
  <w:style w:type="paragraph" w:styleId="Kop1">
    <w:name w:val="heading 1"/>
    <w:basedOn w:val="Standaard"/>
    <w:next w:val="Standaard"/>
    <w:link w:val="Kop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E618BF"/>
  </w:style>
  <w:style w:type="paragraph" w:styleId="Voettekst">
    <w:name w:val="footer"/>
    <w:basedOn w:val="Standaard"/>
    <w:link w:val="Voettekst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E618BF"/>
  </w:style>
  <w:style w:type="paragraph" w:styleId="Geenafstand">
    <w:name w:val="No Spacing"/>
    <w:uiPriority w:val="1"/>
    <w:qFormat/>
    <w:rsid w:val="00FC693F"/>
    <w:pPr>
      <w:spacing w:after="0" w:line="240" w:lineRule="auto"/>
    </w:pPr>
  </w:style>
  <w:style w:type="character" w:customStyle="1" w:styleId="Kop1Char">
    <w:name w:val="Kop 1 Char"/>
    <w:basedOn w:val="Standaardalinea-lettertype"/>
    <w:link w:val="Kop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Kop2Char">
    <w:name w:val="Kop 2 Char"/>
    <w:basedOn w:val="Standaardalinea-lettertype"/>
    <w:link w:val="Kop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Kop3Char">
    <w:name w:val="Kop 3 Char"/>
    <w:basedOn w:val="Standaardalinea-lettertype"/>
    <w:link w:val="Kop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el">
    <w:name w:val="Title"/>
    <w:basedOn w:val="Standaard"/>
    <w:next w:val="Standaard"/>
    <w:link w:val="Titel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elChar">
    <w:name w:val="Titel Char"/>
    <w:basedOn w:val="Standaardalinea-lettertype"/>
    <w:link w:val="Titel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jstalinea">
    <w:name w:val="List Paragraph"/>
    <w:basedOn w:val="Standaard"/>
    <w:uiPriority w:val="34"/>
    <w:qFormat/>
    <w:rsid w:val="00FC693F"/>
    <w:pPr>
      <w:ind w:left="720"/>
      <w:contextualSpacing/>
    </w:pPr>
  </w:style>
  <w:style w:type="paragraph" w:styleId="Plattetekst">
    <w:name w:val="Body Text"/>
    <w:basedOn w:val="Standaard"/>
    <w:link w:val="PlattetekstChar"/>
    <w:uiPriority w:val="99"/>
    <w:unhideWhenUsed/>
    <w:rsid w:val="00AA1D8D"/>
    <w:pPr>
      <w:spacing w:after="120"/>
    </w:pPr>
  </w:style>
  <w:style w:type="character" w:customStyle="1" w:styleId="PlattetekstChar">
    <w:name w:val="Platte tekst Char"/>
    <w:basedOn w:val="Standaardalinea-lettertype"/>
    <w:link w:val="Plattetekst"/>
    <w:uiPriority w:val="99"/>
    <w:rsid w:val="00AA1D8D"/>
  </w:style>
  <w:style w:type="paragraph" w:styleId="Plattetekst2">
    <w:name w:val="Body Text 2"/>
    <w:basedOn w:val="Standaard"/>
    <w:link w:val="Plattetekst2Char"/>
    <w:uiPriority w:val="99"/>
    <w:unhideWhenUsed/>
    <w:rsid w:val="00AA1D8D"/>
    <w:pPr>
      <w:spacing w:after="120" w:line="480" w:lineRule="auto"/>
    </w:pPr>
  </w:style>
  <w:style w:type="character" w:customStyle="1" w:styleId="Plattetekst2Char">
    <w:name w:val="Platte tekst 2 Char"/>
    <w:basedOn w:val="Standaardalinea-lettertype"/>
    <w:link w:val="Plattetekst2"/>
    <w:uiPriority w:val="99"/>
    <w:rsid w:val="00AA1D8D"/>
  </w:style>
  <w:style w:type="paragraph" w:styleId="Plattetekst3">
    <w:name w:val="Body Text 3"/>
    <w:basedOn w:val="Standaard"/>
    <w:link w:val="Platteteks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Plattetekst3Char">
    <w:name w:val="Platte tekst 3 Char"/>
    <w:basedOn w:val="Standaardalinea-lettertype"/>
    <w:link w:val="Plattetekst3"/>
    <w:uiPriority w:val="99"/>
    <w:rsid w:val="00AA1D8D"/>
    <w:rPr>
      <w:sz w:val="16"/>
      <w:szCs w:val="16"/>
    </w:rPr>
  </w:style>
  <w:style w:type="paragraph" w:styleId="Lijst">
    <w:name w:val="List"/>
    <w:basedOn w:val="Standaard"/>
    <w:uiPriority w:val="99"/>
    <w:unhideWhenUsed/>
    <w:rsid w:val="00AA1D8D"/>
    <w:pPr>
      <w:ind w:left="360" w:hanging="360"/>
      <w:contextualSpacing/>
    </w:pPr>
  </w:style>
  <w:style w:type="paragraph" w:styleId="Lijst2">
    <w:name w:val="List 2"/>
    <w:basedOn w:val="Standaard"/>
    <w:uiPriority w:val="99"/>
    <w:unhideWhenUsed/>
    <w:rsid w:val="00326F90"/>
    <w:pPr>
      <w:ind w:left="720" w:hanging="360"/>
      <w:contextualSpacing/>
    </w:pPr>
  </w:style>
  <w:style w:type="paragraph" w:styleId="Lijst3">
    <w:name w:val="List 3"/>
    <w:basedOn w:val="Standaard"/>
    <w:uiPriority w:val="99"/>
    <w:unhideWhenUsed/>
    <w:rsid w:val="00326F90"/>
    <w:pPr>
      <w:ind w:left="1080" w:hanging="360"/>
      <w:contextualSpacing/>
    </w:pPr>
  </w:style>
  <w:style w:type="paragraph" w:styleId="Lijstopsomteken">
    <w:name w:val="List Bullet"/>
    <w:basedOn w:val="Standaard"/>
    <w:uiPriority w:val="99"/>
    <w:unhideWhenUsed/>
    <w:rsid w:val="00326F90"/>
    <w:pPr>
      <w:numPr>
        <w:numId w:val="1"/>
      </w:numPr>
      <w:contextualSpacing/>
    </w:pPr>
  </w:style>
  <w:style w:type="paragraph" w:styleId="Lijstopsomteken2">
    <w:name w:val="List Bullet 2"/>
    <w:basedOn w:val="Standaard"/>
    <w:uiPriority w:val="99"/>
    <w:unhideWhenUsed/>
    <w:rsid w:val="00326F90"/>
    <w:pPr>
      <w:numPr>
        <w:numId w:val="2"/>
      </w:numPr>
      <w:contextualSpacing/>
    </w:pPr>
  </w:style>
  <w:style w:type="paragraph" w:styleId="Lijstopsomteken3">
    <w:name w:val="List Bullet 3"/>
    <w:basedOn w:val="Standaard"/>
    <w:uiPriority w:val="99"/>
    <w:unhideWhenUsed/>
    <w:rsid w:val="00326F90"/>
    <w:pPr>
      <w:numPr>
        <w:numId w:val="3"/>
      </w:numPr>
      <w:contextualSpacing/>
    </w:pPr>
  </w:style>
  <w:style w:type="paragraph" w:styleId="Lijstnummering">
    <w:name w:val="List Number"/>
    <w:basedOn w:val="Standaard"/>
    <w:uiPriority w:val="99"/>
    <w:unhideWhenUsed/>
    <w:rsid w:val="00326F90"/>
    <w:pPr>
      <w:numPr>
        <w:numId w:val="5"/>
      </w:numPr>
      <w:contextualSpacing/>
    </w:pPr>
  </w:style>
  <w:style w:type="paragraph" w:styleId="Lijstnummering2">
    <w:name w:val="List Number 2"/>
    <w:basedOn w:val="Standaard"/>
    <w:uiPriority w:val="99"/>
    <w:unhideWhenUsed/>
    <w:rsid w:val="0029639D"/>
    <w:pPr>
      <w:numPr>
        <w:numId w:val="6"/>
      </w:numPr>
      <w:contextualSpacing/>
    </w:pPr>
  </w:style>
  <w:style w:type="paragraph" w:styleId="Lijstnummering3">
    <w:name w:val="List Number 3"/>
    <w:basedOn w:val="Standaard"/>
    <w:uiPriority w:val="99"/>
    <w:unhideWhenUsed/>
    <w:rsid w:val="0029639D"/>
    <w:pPr>
      <w:numPr>
        <w:numId w:val="7"/>
      </w:numPr>
      <w:contextualSpacing/>
    </w:pPr>
  </w:style>
  <w:style w:type="paragraph" w:styleId="Lijstvoortzetting">
    <w:name w:val="List Continue"/>
    <w:basedOn w:val="Standaard"/>
    <w:uiPriority w:val="99"/>
    <w:unhideWhenUsed/>
    <w:rsid w:val="0029639D"/>
    <w:pPr>
      <w:spacing w:after="120"/>
      <w:ind w:left="360"/>
      <w:contextualSpacing/>
    </w:pPr>
  </w:style>
  <w:style w:type="paragraph" w:styleId="Lijstvoortzetting2">
    <w:name w:val="List Continue 2"/>
    <w:basedOn w:val="Standaard"/>
    <w:uiPriority w:val="99"/>
    <w:unhideWhenUsed/>
    <w:rsid w:val="0029639D"/>
    <w:pPr>
      <w:spacing w:after="120"/>
      <w:ind w:left="720"/>
      <w:contextualSpacing/>
    </w:pPr>
  </w:style>
  <w:style w:type="paragraph" w:styleId="Lijstvoortzetting3">
    <w:name w:val="List Continue 3"/>
    <w:basedOn w:val="Standaard"/>
    <w:uiPriority w:val="99"/>
    <w:unhideWhenUsed/>
    <w:rsid w:val="0029639D"/>
    <w:pPr>
      <w:spacing w:after="120"/>
      <w:ind w:left="1080"/>
      <w:contextualSpacing/>
    </w:pPr>
  </w:style>
  <w:style w:type="paragraph" w:styleId="Macrotekst">
    <w:name w:val="macro"/>
    <w:link w:val="Macroteks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kstChar">
    <w:name w:val="Macrotekst Char"/>
    <w:basedOn w:val="Standaardalinea-lettertype"/>
    <w:link w:val="Macrotekst"/>
    <w:uiPriority w:val="99"/>
    <w:rsid w:val="0029639D"/>
    <w:rPr>
      <w:rFonts w:ascii="Courier" w:hAnsi="Courier"/>
      <w:sz w:val="20"/>
      <w:szCs w:val="20"/>
    </w:rPr>
  </w:style>
  <w:style w:type="paragraph" w:styleId="Citaat">
    <w:name w:val="Quote"/>
    <w:basedOn w:val="Standaard"/>
    <w:next w:val="Standaard"/>
    <w:link w:val="CitaatChar"/>
    <w:uiPriority w:val="29"/>
    <w:qFormat/>
    <w:rsid w:val="00FC693F"/>
    <w:rPr>
      <w:i/>
      <w:iCs/>
      <w:color w:val="000000" w:themeColor="text1"/>
    </w:rPr>
  </w:style>
  <w:style w:type="character" w:customStyle="1" w:styleId="CitaatChar">
    <w:name w:val="Citaat Char"/>
    <w:basedOn w:val="Standaardalinea-lettertype"/>
    <w:link w:val="Citaat"/>
    <w:uiPriority w:val="29"/>
    <w:rsid w:val="00FC693F"/>
    <w:rPr>
      <w:i/>
      <w:iCs/>
      <w:color w:val="000000" w:themeColor="text1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Bijschrift">
    <w:name w:val="caption"/>
    <w:basedOn w:val="Standaard"/>
    <w:next w:val="Standaard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Zwaar">
    <w:name w:val="Strong"/>
    <w:basedOn w:val="Standaardalinea-lettertype"/>
    <w:uiPriority w:val="22"/>
    <w:qFormat/>
    <w:rsid w:val="00FC693F"/>
    <w:rPr>
      <w:b/>
      <w:bCs/>
    </w:rPr>
  </w:style>
  <w:style w:type="character" w:styleId="Nadruk">
    <w:name w:val="Emphasis"/>
    <w:basedOn w:val="Standaardalinea-lettertype"/>
    <w:uiPriority w:val="20"/>
    <w:qFormat/>
    <w:rsid w:val="00FC693F"/>
    <w:rPr>
      <w:i/>
      <w:iCs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FC693F"/>
    <w:rPr>
      <w:b/>
      <w:bCs/>
      <w:i/>
      <w:iCs/>
      <w:color w:val="4F81BD" w:themeColor="accent1"/>
    </w:rPr>
  </w:style>
  <w:style w:type="character" w:styleId="Subtielebenadrukking">
    <w:name w:val="Subtle Emphasis"/>
    <w:basedOn w:val="Standaardalinea-lettertype"/>
    <w:uiPriority w:val="19"/>
    <w:qFormat/>
    <w:rsid w:val="00FC693F"/>
    <w:rPr>
      <w:i/>
      <w:iCs/>
      <w:color w:val="808080" w:themeColor="text1" w:themeTint="7F"/>
    </w:rPr>
  </w:style>
  <w:style w:type="character" w:styleId="Intensievebenadrukking">
    <w:name w:val="Intense Emphasis"/>
    <w:basedOn w:val="Standaardalinea-lettertype"/>
    <w:uiPriority w:val="21"/>
    <w:qFormat/>
    <w:rsid w:val="00FC693F"/>
    <w:rPr>
      <w:b/>
      <w:bCs/>
      <w:i/>
      <w:iCs/>
      <w:color w:val="4F81BD" w:themeColor="accent1"/>
    </w:rPr>
  </w:style>
  <w:style w:type="character" w:styleId="Subtieleverwijzing">
    <w:name w:val="Subtle Reference"/>
    <w:basedOn w:val="Standaardalinea-lettertype"/>
    <w:uiPriority w:val="31"/>
    <w:qFormat/>
    <w:rsid w:val="00FC693F"/>
    <w:rPr>
      <w:smallCaps/>
      <w:color w:val="C0504D" w:themeColor="accent2"/>
      <w:u w:val="single"/>
    </w:rPr>
  </w:style>
  <w:style w:type="character" w:styleId="Intensieveverwijzing">
    <w:name w:val="Intense Reference"/>
    <w:basedOn w:val="Standaardalinea-lettertype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itelvanboek">
    <w:name w:val="Book Title"/>
    <w:basedOn w:val="Standaardalinea-lettertype"/>
    <w:uiPriority w:val="33"/>
    <w:qFormat/>
    <w:rsid w:val="00FC693F"/>
    <w:rPr>
      <w:b/>
      <w:bCs/>
      <w:smallCaps/>
      <w:spacing w:val="5"/>
    </w:rPr>
  </w:style>
  <w:style w:type="paragraph" w:styleId="Kopvaninhoudsopgave">
    <w:name w:val="TOC Heading"/>
    <w:basedOn w:val="Kop1"/>
    <w:next w:val="Standaard"/>
    <w:uiPriority w:val="39"/>
    <w:semiHidden/>
    <w:unhideWhenUsed/>
    <w:qFormat/>
    <w:rsid w:val="00FC693F"/>
    <w:pPr>
      <w:outlineLvl w:val="9"/>
    </w:pPr>
  </w:style>
  <w:style w:type="table" w:styleId="Tabelraster">
    <w:name w:val="Table Grid"/>
    <w:basedOn w:val="Standaardtabe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chtearcering">
    <w:name w:val="Light Shading"/>
    <w:basedOn w:val="Standaardtabe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chtearcering-accent1">
    <w:name w:val="Light Shading Accent 1"/>
    <w:basedOn w:val="Standaardtabe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chtearcering-accent2">
    <w:name w:val="Light Shading Accent 2"/>
    <w:basedOn w:val="Standaardtabe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chtearcering-accent3">
    <w:name w:val="Light Shading Accent 3"/>
    <w:basedOn w:val="Standaardtabe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chtearcering-accent4">
    <w:name w:val="Light Shading Accent 4"/>
    <w:basedOn w:val="Standaardtabe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chtearcering-accent5">
    <w:name w:val="Light Shading Accent 5"/>
    <w:basedOn w:val="Standaardtabe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chtearcering-accent6">
    <w:name w:val="Light Shading Accent 6"/>
    <w:basedOn w:val="Standaardtabe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chtelijst">
    <w:name w:val="Light List"/>
    <w:basedOn w:val="Standaardtabe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chtelijst-accent1">
    <w:name w:val="Light List Accent 1"/>
    <w:basedOn w:val="Standaardtabe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chtelijst-accent2">
    <w:name w:val="Light List Accent 2"/>
    <w:basedOn w:val="Standaardtabe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chtelijst-accent3">
    <w:name w:val="Light List Accent 3"/>
    <w:basedOn w:val="Standaardtabe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chtelijst-accent4">
    <w:name w:val="Light List Accent 4"/>
    <w:basedOn w:val="Standaardtabe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chtelijst-accent5">
    <w:name w:val="Light List Accent 5"/>
    <w:basedOn w:val="Standaardtabe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chtelijst-accent6">
    <w:name w:val="Light List Accent 6"/>
    <w:basedOn w:val="Standaardtabe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chtraster">
    <w:name w:val="Light Grid"/>
    <w:basedOn w:val="Standaardtabe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chtraster-accent1">
    <w:name w:val="Light Grid Accent 1"/>
    <w:basedOn w:val="Standaardtabe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chtraster-accent2">
    <w:name w:val="Light Grid Accent 2"/>
    <w:basedOn w:val="Standaardtabe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chtraster-accent3">
    <w:name w:val="Light Grid Accent 3"/>
    <w:basedOn w:val="Standaardtabe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chtraster-accent4">
    <w:name w:val="Light Grid Accent 4"/>
    <w:basedOn w:val="Standaardtabe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chtraster-accent5">
    <w:name w:val="Light Grid Accent 5"/>
    <w:basedOn w:val="Standaardtabe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chtraster-accent6">
    <w:name w:val="Light Grid Accent 6"/>
    <w:basedOn w:val="Standaardtabe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Gemiddeldearcering1">
    <w:name w:val="Medium Shading 1"/>
    <w:basedOn w:val="Standaardtabe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1-accent1">
    <w:name w:val="Medium Shading 1 Accent 1"/>
    <w:basedOn w:val="Standaardtabe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1-accent2">
    <w:name w:val="Medium Shading 1 Accent 2"/>
    <w:basedOn w:val="Standaardtabe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1-accent3">
    <w:name w:val="Medium Shading 1 Accent 3"/>
    <w:basedOn w:val="Standaardtabe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1-accent4">
    <w:name w:val="Medium Shading 1 Accent 4"/>
    <w:basedOn w:val="Standaardtabe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1-accent5">
    <w:name w:val="Medium Shading 1 Accent 5"/>
    <w:basedOn w:val="Standaardtabe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1-accent6">
    <w:name w:val="Medium Shading 1 Accent 6"/>
    <w:basedOn w:val="Standaardtabe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2">
    <w:name w:val="Medium Shading 2"/>
    <w:basedOn w:val="Standaardtabe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arcering2-accent1">
    <w:name w:val="Medium Shading 2 Accent 1"/>
    <w:basedOn w:val="Standaardtabe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arcering2-accent2">
    <w:name w:val="Medium Shading 2 Accent 2"/>
    <w:basedOn w:val="Standaardtabe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arcering2-accent3">
    <w:name w:val="Medium Shading 2 Accent 3"/>
    <w:basedOn w:val="Standaardtabe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arcering2-accent4">
    <w:name w:val="Medium Shading 2 Accent 4"/>
    <w:basedOn w:val="Standaardtabe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arcering2-accent5">
    <w:name w:val="Medium Shading 2 Accent 5"/>
    <w:basedOn w:val="Standaardtabe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arcering2-accent6">
    <w:name w:val="Medium Shading 2 Accent 6"/>
    <w:basedOn w:val="Standaardtabe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lijst1">
    <w:name w:val="Medium List 1"/>
    <w:basedOn w:val="Standaardtabe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Gemiddeldelijst1-accent1">
    <w:name w:val="Medium List 1 Accent 1"/>
    <w:basedOn w:val="Standaardtabe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Gemiddeldelijst1-accent2">
    <w:name w:val="Medium List 1 Accent 2"/>
    <w:basedOn w:val="Standaardtabe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Gemiddeldelijst1-accent3">
    <w:name w:val="Medium List 1 Accent 3"/>
    <w:basedOn w:val="Standaardtabe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Gemiddeldelijst1-accent4">
    <w:name w:val="Medium List 1 Accent 4"/>
    <w:basedOn w:val="Standaardtabe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Gemiddeldelijst1-accent5">
    <w:name w:val="Medium List 1 Accent 5"/>
    <w:basedOn w:val="Standaardtabe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Gemiddeldelijst1-accent6">
    <w:name w:val="Medium List 1 Accent 6"/>
    <w:basedOn w:val="Standaardtabe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Gemiddeldelijst2">
    <w:name w:val="Medium List 2"/>
    <w:basedOn w:val="Standaardtabe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1">
    <w:name w:val="Medium List 2 Accent 1"/>
    <w:basedOn w:val="Standaardtabe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2">
    <w:name w:val="Medium List 2 Accent 2"/>
    <w:basedOn w:val="Standaardtabe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3">
    <w:name w:val="Medium List 2 Accent 3"/>
    <w:basedOn w:val="Standaardtabe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4">
    <w:name w:val="Medium List 2 Accent 4"/>
    <w:basedOn w:val="Standaardtabe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5">
    <w:name w:val="Medium List 2 Accent 5"/>
    <w:basedOn w:val="Standaardtabe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6">
    <w:name w:val="Medium List 2 Accent 6"/>
    <w:basedOn w:val="Standaardtabe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raster1">
    <w:name w:val="Medium Grid 1"/>
    <w:basedOn w:val="Standaardtabe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emiddeldraster1-accent1">
    <w:name w:val="Medium Grid 1 Accent 1"/>
    <w:basedOn w:val="Standaardtabe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emiddeldraster1-accent2">
    <w:name w:val="Medium Grid 1 Accent 2"/>
    <w:basedOn w:val="Standaardtabe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emiddeldraster1-accent3">
    <w:name w:val="Medium Grid 1 Accent 3"/>
    <w:basedOn w:val="Standaardtabe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emiddeldraster1-accent4">
    <w:name w:val="Medium Grid 1 Accent 4"/>
    <w:basedOn w:val="Standaardtabe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emiddeldraster1-accent5">
    <w:name w:val="Medium Grid 1 Accent 5"/>
    <w:basedOn w:val="Standaardtabe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emiddeldraster1-accent6">
    <w:name w:val="Medium Grid 1 Accent 6"/>
    <w:basedOn w:val="Standaardtabe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emiddeldraster2">
    <w:name w:val="Medium Grid 2"/>
    <w:basedOn w:val="Standaardtabe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2-accent1">
    <w:name w:val="Medium Grid 2 Accent 1"/>
    <w:basedOn w:val="Standaardtabe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2-accent2">
    <w:name w:val="Medium Grid 2 Accent 2"/>
    <w:basedOn w:val="Standaardtabe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2-accent3">
    <w:name w:val="Medium Grid 2 Accent 3"/>
    <w:basedOn w:val="Standaardtabe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2-accent4">
    <w:name w:val="Medium Grid 2 Accent 4"/>
    <w:basedOn w:val="Standaardtabe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2-accent5">
    <w:name w:val="Medium Grid 2 Accent 5"/>
    <w:basedOn w:val="Standaardtabe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2-accent6">
    <w:name w:val="Medium Grid 2 Accent 6"/>
    <w:basedOn w:val="Standaardtabe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3">
    <w:name w:val="Medium Grid 3"/>
    <w:basedOn w:val="Standaardtabe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emiddeldraster3-accent1">
    <w:name w:val="Medium Grid 3 Accent 1"/>
    <w:basedOn w:val="Standaardtabe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emiddeldraster3-accent2">
    <w:name w:val="Medium Grid 3 Accent 2"/>
    <w:basedOn w:val="Standaardtabe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emiddeldraster3-accent3">
    <w:name w:val="Medium Grid 3 Accent 3"/>
    <w:basedOn w:val="Standaardtabe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emiddeldraster3-accent4">
    <w:name w:val="Medium Grid 3 Accent 4"/>
    <w:basedOn w:val="Standaardtabe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emiddeldraster3-accent5">
    <w:name w:val="Medium Grid 3 Accent 5"/>
    <w:basedOn w:val="Standaardtabe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emiddeldraster3-accent6">
    <w:name w:val="Medium Grid 3 Accent 6"/>
    <w:basedOn w:val="Standaardtabe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onkerelijst">
    <w:name w:val="Dark List"/>
    <w:basedOn w:val="Standaardtabe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onkerelijst-accent1">
    <w:name w:val="Dark List Accent 1"/>
    <w:basedOn w:val="Standaardtabe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onkerelijst-accent2">
    <w:name w:val="Dark List Accent 2"/>
    <w:basedOn w:val="Standaardtabe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onkerelijst-accent3">
    <w:name w:val="Dark List Accent 3"/>
    <w:basedOn w:val="Standaardtabe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onkerelijst-accent4">
    <w:name w:val="Dark List Accent 4"/>
    <w:basedOn w:val="Standaardtabe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onkerelijst-accent5">
    <w:name w:val="Dark List Accent 5"/>
    <w:basedOn w:val="Standaardtabe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onkerelijst-accent6">
    <w:name w:val="Dark List Accent 6"/>
    <w:basedOn w:val="Standaardtabe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leurrijkearcering">
    <w:name w:val="Colorful Shading"/>
    <w:basedOn w:val="Standaardtabe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leurrijkearcering-accent1">
    <w:name w:val="Colorful Shading Accent 1"/>
    <w:basedOn w:val="Standaardtabe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leurrijkearcering-accent2">
    <w:name w:val="Colorful Shading Accent 2"/>
    <w:basedOn w:val="Standaardtabe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leurrijkearcering-accent3">
    <w:name w:val="Colorful Shading Accent 3"/>
    <w:basedOn w:val="Standaardtabe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leurrijkearcering-accent4">
    <w:name w:val="Colorful Shading Accent 4"/>
    <w:basedOn w:val="Standaardtabe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leurrijkearcering-accent5">
    <w:name w:val="Colorful Shading Accent 5"/>
    <w:basedOn w:val="Standaardtabe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leurrijkearcering-accent6">
    <w:name w:val="Colorful Shading Accent 6"/>
    <w:basedOn w:val="Standaardtabe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leurrijkelijst">
    <w:name w:val="Colorful List"/>
    <w:basedOn w:val="Standaardtabe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leurrijkelijst-accent1">
    <w:name w:val="Colorful List Accent 1"/>
    <w:basedOn w:val="Standaardtabe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leurrijkelijst-accent2">
    <w:name w:val="Colorful List Accent 2"/>
    <w:basedOn w:val="Standaardtabe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leurrijkelijst-accent3">
    <w:name w:val="Colorful List Accent 3"/>
    <w:basedOn w:val="Standaardtabe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leurrijkelijst-accent4">
    <w:name w:val="Colorful List Accent 4"/>
    <w:basedOn w:val="Standaardtabe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leurrijkelijst-accent5">
    <w:name w:val="Colorful List Accent 5"/>
    <w:basedOn w:val="Standaardtabe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leurrijkelijst-accent6">
    <w:name w:val="Colorful List Accent 6"/>
    <w:basedOn w:val="Standaardtabe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leurrijkraster">
    <w:name w:val="Colorful Grid"/>
    <w:basedOn w:val="Standaardtabe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leurrijkraster-accent1">
    <w:name w:val="Colorful Grid Accent 1"/>
    <w:basedOn w:val="Standaardtabe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leurrijkraster-accent2">
    <w:name w:val="Colorful Grid Accent 2"/>
    <w:basedOn w:val="Standaardtabe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leurrijkraster-accent3">
    <w:name w:val="Colorful Grid Accent 3"/>
    <w:basedOn w:val="Standaardtabe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leurrijkraster-accent4">
    <w:name w:val="Colorful Grid Accent 4"/>
    <w:basedOn w:val="Standaardtabe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leurrijkraster-accent5">
    <w:name w:val="Colorful Grid Accent 5"/>
    <w:basedOn w:val="Standaardtabe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leurrijkraster-accent6">
    <w:name w:val="Colorful Grid Accent 6"/>
    <w:basedOn w:val="Standaardtabe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Hyperlink">
    <w:name w:val="Hyperlink"/>
    <w:basedOn w:val="Standaardalinea-lettertype"/>
    <w:uiPriority w:val="99"/>
    <w:unhideWhenUsed/>
    <w:rsid w:val="46660185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regiovenlo@hulpbijdementie.nl" TargetMode="External"/><Relationship Id="rId3" Type="http://schemas.openxmlformats.org/officeDocument/2006/relationships/styles" Target="styles.xml"/><Relationship Id="rId7" Type="http://schemas.openxmlformats.org/officeDocument/2006/relationships/hyperlink" Target="mailto:regiovenray@hulpbijdementie.nl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mailto:regiohelden@hulpbijdementie.n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342</Words>
  <Characters>1885</Characters>
  <Application>Microsoft Office Word</Application>
  <DocSecurity>0</DocSecurity>
  <Lines>15</Lines>
  <Paragraphs>4</Paragraphs>
  <ScaleCrop>false</ScaleCrop>
  <Manager/>
  <Company/>
  <LinksUpToDate>false</LinksUpToDate>
  <CharactersWithSpaces>2223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Veronique Peeters</dc:creator>
  <cp:keywords/>
  <dc:description>generated by python-docx</dc:description>
  <cp:lastModifiedBy>Hurkens, Marc</cp:lastModifiedBy>
  <cp:revision>2</cp:revision>
  <dcterms:created xsi:type="dcterms:W3CDTF">2026-09-22T13:54:00Z</dcterms:created>
  <dcterms:modified xsi:type="dcterms:W3CDTF">2026-09-22T13:54:00Z</dcterms:modified>
  <cp:category/>
</cp:coreProperties>
</file>